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 תלושים - קריאת תלוש שכר ואיתור טעויות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הרכיבים שחייבים להופיע בתלוש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ניכויים וטעויות לא חוקיות בתלוש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זכויות עובדים צעירים כמו שכר מינימום והחזר נסיעות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תלוש השכר וזכויות עובדים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המעסיק ומספר עוסק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שכר מינימום המותאם לגילה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החזר הוצאות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יש הסבר והסכמה מראש של העובד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לפנות למעסיק ולבקש הבהרה או 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בתלוש של 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שכר מינימום משתנה לפי גיל העובד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עובד שזכאי להחזר נסיעות צריך לקבל אותו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ניכויים דורשים שקיפות והסכמה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רכיבי חובה בתלוש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עובדים צעירים צוברים ימי חופשה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שכר מינימום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ניכוי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החזר נסיעות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שכר בסיס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(מסמך חודשי עם פירוט השכר והניכויים)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(הסכום הנמוך ביותר שמותר לשלם לעובד)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(סכום שמורידים מהשכר)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(תשלום על ההגעה לעבודה)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(סכום התשלום עבור שעת עבודה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לבדיקת תלוש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הפרטים האישיים ופרטי המעסיק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שמספר השעות והתעריף לשעה 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שכל הניכויים מוסברים ומוסכמים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שההחזרים, כמו החזר נסיעות, כלולים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לפנות למעסיק אם יש אי-התאמות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פנייה למעסיק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יציינו לפחות שני רכיבים שגויים (כמו ניכוי לא מוסבר או אי תשלום החזר נסיעות), בניסוח מנומס וברור, עם בקשה לתיקון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מעסיק, מספר עוסק, שעות עבודה, תעריף, ניכויים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לפנות למעסיק ולבקש הסבר או 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שהשכר נכון והזכויות נשמרות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התלוש המלא של נוי מהעמוד ולבקש מהתלמידים לאתר יחד את 4 הטעויות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השיעור לדוגמאות מעבודות קיץ שהתלמידים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דיון קצר על חשיבות השקיפות בין עובד למעסיק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 תלושים - קריאת תלוש שכר ואיתור טעויות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תלוש שכר הוא דף שמראה כמה כסף העובד קיבל. חשוב לדעת לבדוק אותו ולמצוא טעויות.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תלוש שכר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שמראה כמה כסף העובד הרוויח וכמה ירד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שכר מינימום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הנמוך ביותר שמותר לשלם לעובד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ניכוי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שמורידים מהשכר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החזר נסיעות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על ההגעה לעבודה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תעריף שעתי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משלמים על שעת עבודה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שכר בסיס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שעות עבודה כפול תעריף לשעה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ימי חופשה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ימים חופשיים בתשלום שנצברים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תלוש השכר וזכויות עובדים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חייב להיות כתוב בתלוש?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המעסיק ומספר עוסק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הטלפון של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תחביבי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זכאית עובדת בת 16?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שכר מינימום המותאם לגילה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שכר לפי מה שהמעסיק מחליט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 בלי תלוש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ימי 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מגיע למי שנוסעת באוטובוס לעבודה?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תוספת שכר כפולה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החזר הוצאות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חופש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מותר להוריד כסף מהשכר?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המעסיק מחליט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כתוב קטן בתלוש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הסבר והסכמה מראש של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הסכום קטן מ-10%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מוצאים טעות בתלוש?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מהטעות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לפנות למעסיק ולבקש הבהרה או תיקון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לבוא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ברשתות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בתלוש של 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תעריף השעה בתלוש חייב להיות לפי שכר מינימום המותאם לגילה של העובדת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להחזיר 0 שקל על נסיעות גם אם העובדת נוסעת כל יום 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לנכות דמי ביגוד מהשכר בלי הסבר ובלי הסכמת העובדת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שעות העבודה והתעריף לשעה אמורים להיות רשומים בתלוש בבירור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לעובדים צעירים אין זכות לצבור ימי חופשה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המסמך שהעובד מקבל מהמעסיק עם פירוט השכר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הסכום הנמוך ביותר שמותר לשלם לעובד נקבע לפי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הורדת כסף משכר העובד, כמו עבור ציוד,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עובד שנוסע לעבודה בתחבורה ציבורית זכאי בדרך כלל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מספר השעות שעבד העובד כפול התעריף לשעה שווה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תלוש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סכום שמורידים מהשכר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שכר מינימום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תשלום על ההגעה לעבודה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ניכוי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הסכום הנמוך ביותר שמותר לשלם לעובד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החזר נסיעות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סכום התשלום עבור שעת עבודה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תעריף שעתי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מסמך חודשי עם פירוט השכר והניכויים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לבדיקת 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שההחזרים, כמו החזר נסיעות, כלולים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שכל הניכויים מוסברים ומוסכמים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שמספר השעות והתעריף לשעה נכונים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לפנות למעסיק אם יש אי-התאמות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הפרטים האישיים ופרטי המעסיק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פנייה למעסיק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הודעה קצרה ומנומסת למעסיק של נוי, שבה אתם מציינים שני דברים שגויים בתלוש ומבקשים לתקן אותם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רכיבים שחייבים להופיע בתלוש שכר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עושים אם הייתם מגלים ניכוי לא מוסבר בתלוש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תלוש שכר כל חודש?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בודקי תלושים - קריאת תלוש שכר ואיתור טעויות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